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P="68606815" w14:paraId="759C175D" wp14:textId="2E8AC0D7">
      <w:pPr>
        <w:pStyle w:val="Heading1"/>
        <w:spacing w:before="281" w:beforeAutospacing="off" w:after="281" w:afterAutospacing="off" w:line="300" w:lineRule="auto"/>
      </w:pPr>
      <w:r w:rsidR="3D92907C">
        <w:drawing>
          <wp:inline xmlns:wp14="http://schemas.microsoft.com/office/word/2010/wordprocessingDrawing" wp14:editId="0E29B6B1" wp14:anchorId="6C1B6124">
            <wp:extent cx="5734050" cy="1143000"/>
            <wp:effectExtent l="0" t="0" r="0" b="0"/>
            <wp:docPr id="1801304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013043" name="Picture 18013043"/>
                    <pic:cNvPicPr/>
                  </pic:nvPicPr>
                  <pic:blipFill>
                    <a:blip xmlns:r="http://schemas.openxmlformats.org/officeDocument/2006/relationships" r:embed="rId14493367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8606815" w14:paraId="7D756681" wp14:textId="3A802537">
      <w:pPr>
        <w:pStyle w:val="Heading1"/>
        <w:spacing w:before="281" w:beforeAutospacing="off" w:after="281" w:afterAutospacing="off" w:line="300" w:lineRule="auto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40"/>
          <w:szCs w:val="40"/>
          <w:lang w:val="en-US"/>
        </w:rPr>
      </w:pPr>
      <w:r w:rsidRPr="68606815" w:rsidR="6860681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40"/>
          <w:szCs w:val="40"/>
          <w:lang w:val="en-US"/>
        </w:rPr>
        <w:t>Whitehawk Pride in Place Quick Wins Programme</w:t>
      </w:r>
    </w:p>
    <w:p xmlns:wp14="http://schemas.microsoft.com/office/word/2010/wordml" w:rsidP="68606815" w14:paraId="21D2ED1F" wp14:textId="776AC139">
      <w:pPr>
        <w:pStyle w:val="Heading2"/>
        <w:spacing w:before="261" w:beforeAutospacing="off" w:after="261" w:afterAutospacing="off" w:line="300" w:lineRule="auto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40"/>
          <w:szCs w:val="40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40"/>
          <w:szCs w:val="40"/>
          <w:lang w:val="en-US"/>
        </w:rPr>
        <w:t>Grant Application Form</w:t>
      </w:r>
    </w:p>
    <w:p xmlns:wp14="http://schemas.microsoft.com/office/word/2010/wordml" w:rsidP="68606815" w14:paraId="425EEABC" wp14:textId="2567326F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Applicant Information</w:t>
      </w:r>
    </w:p>
    <w:p xmlns:wp14="http://schemas.microsoft.com/office/word/2010/wordml" w:rsidP="68606815" w14:paraId="070C2FEC" wp14:textId="02B73B44">
      <w:pPr>
        <w:pStyle w:val="Heading4"/>
        <w:spacing w:before="279" w:beforeAutospacing="off" w:after="279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1. Applicant Details</w:t>
      </w:r>
    </w:p>
    <w:p xmlns:wp14="http://schemas.microsoft.com/office/word/2010/wordml" w:rsidP="68606815" w14:paraId="42663648" wp14:textId="48876B59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Applicant Name:</w:t>
      </w:r>
    </w:p>
    <w:p xmlns:wp14="http://schemas.microsoft.com/office/word/2010/wordml" w:rsidP="68606815" w14:paraId="338CADE7" wp14:textId="178F85DC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59FC4709" wp14:textId="028A7F2C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Organisation Name (if applicable):</w:t>
      </w:r>
    </w:p>
    <w:p xmlns:wp14="http://schemas.microsoft.com/office/word/2010/wordml" w:rsidP="68606815" w14:paraId="053878BC" wp14:textId="78AF8E24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41F2C6C9" wp14:textId="228744F5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Position/Role (if applicable):</w:t>
      </w:r>
    </w:p>
    <w:p xmlns:wp14="http://schemas.microsoft.com/office/word/2010/wordml" w:rsidP="68606815" w14:paraId="16AABEEB" wp14:textId="6639BD82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0A30B379" wp14:textId="324FF053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Address:</w:t>
      </w:r>
    </w:p>
    <w:p xmlns:wp14="http://schemas.microsoft.com/office/word/2010/wordml" w:rsidP="68606815" w14:paraId="34AF9974" wp14:textId="157FA5C7">
      <w:pPr>
        <w:pStyle w:val="Normal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</w:p>
    <w:p xmlns:wp14="http://schemas.microsoft.com/office/word/2010/wordml" w:rsidP="68606815" w14:paraId="629D1E05" wp14:textId="6A0E1682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  <w:t>Postcode:</w:t>
      </w:r>
    </w:p>
    <w:p xmlns:wp14="http://schemas.microsoft.com/office/word/2010/wordml" w:rsidP="68606815" w14:paraId="6EBF9801" wp14:textId="45D20691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</w:p>
    <w:p xmlns:wp14="http://schemas.microsoft.com/office/word/2010/wordml" w:rsidP="68606815" w14:paraId="5629F065" wp14:textId="7D7E3787">
      <w:pPr>
        <w:spacing w:before="210" w:beforeAutospacing="off" w:after="210" w:afterAutospacing="off" w:line="300" w:lineRule="auto"/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  <w:t>Telephone:</w:t>
      </w:r>
    </w:p>
    <w:p xmlns:wp14="http://schemas.microsoft.com/office/word/2010/wordml" w:rsidP="68606815" w14:paraId="5E3F6478" wp14:textId="168D659C">
      <w:pPr>
        <w:spacing w:before="210" w:beforeAutospacing="off" w:after="210" w:afterAutospacing="off" w:line="300" w:lineRule="auto"/>
      </w:pPr>
      <w:r w:rsidRPr="68606815" w:rsidR="3D92907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Email Address:</w:t>
      </w:r>
    </w:p>
    <w:p xmlns:wp14="http://schemas.microsoft.com/office/word/2010/wordml" w:rsidP="68606815" w14:paraId="424E9827" wp14:textId="2D55C8DC">
      <w:pPr>
        <w:spacing w:before="0" w:beforeAutospacing="off" w:after="0" w:afterAutospacing="off" w:line="300" w:lineRule="auto"/>
      </w:pPr>
    </w:p>
    <w:p xmlns:wp14="http://schemas.microsoft.com/office/word/2010/wordml" w:rsidP="68606815" w14:paraId="0E7415E3" wp14:textId="6DC79EAE">
      <w:pPr>
        <w:spacing w:before="0" w:beforeAutospacing="off" w:after="0" w:afterAutospacing="off" w:line="300" w:lineRule="auto"/>
      </w:pPr>
    </w:p>
    <w:p xmlns:wp14="http://schemas.microsoft.com/office/word/2010/wordml" w:rsidP="68606815" w14:paraId="248D8D67" wp14:textId="32543D88">
      <w:pPr>
        <w:pStyle w:val="Heading4"/>
        <w:spacing w:before="279" w:beforeAutospacing="off" w:after="279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2. Organisation Information</w:t>
      </w:r>
    </w:p>
    <w:p xmlns:wp14="http://schemas.microsoft.com/office/word/2010/wordml" w:rsidP="68606815" w14:paraId="5CEFE485" wp14:textId="37259DBE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If applying on behalf of an organisation:</w:t>
      </w:r>
    </w:p>
    <w:p xmlns:wp14="http://schemas.microsoft.com/office/word/2010/wordml" w:rsidP="68606815" w14:paraId="0857754F" wp14:textId="2C812BCC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  <w:t>Organisation Type</w:t>
      </w:r>
    </w:p>
    <w:p xmlns:wp14="http://schemas.microsoft.com/office/word/2010/wordml" w:rsidP="68606815" w14:paraId="28ED5178" wp14:textId="526F9CE7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Community Group</w:t>
      </w:r>
    </w:p>
    <w:p xmlns:wp14="http://schemas.microsoft.com/office/word/2010/wordml" w:rsidP="68606815" w14:paraId="0001CBDC" wp14:textId="7B768748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Charity</w:t>
      </w:r>
    </w:p>
    <w:p xmlns:wp14="http://schemas.microsoft.com/office/word/2010/wordml" w:rsidP="68606815" w14:paraId="00F29D6D" wp14:textId="7FDF6AA7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Community Interest Company (CIC)</w:t>
      </w:r>
    </w:p>
    <w:p xmlns:wp14="http://schemas.microsoft.com/office/word/2010/wordml" w:rsidP="68606815" w14:paraId="754EB444" wp14:textId="4482E190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School or Educational Organisation</w:t>
      </w:r>
    </w:p>
    <w:p xmlns:wp14="http://schemas.microsoft.com/office/word/2010/wordml" w:rsidP="68606815" w14:paraId="5AF77144" wp14:textId="0A3D824A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Faith Organisation</w:t>
      </w:r>
    </w:p>
    <w:p xmlns:wp14="http://schemas.microsoft.com/office/word/2010/wordml" w:rsidP="68606815" w14:paraId="0A120C14" wp14:textId="121D437D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Social Enterprise</w:t>
      </w:r>
    </w:p>
    <w:p xmlns:wp14="http://schemas.microsoft.com/office/word/2010/wordml" w:rsidP="68606815" w14:paraId="59DAEA2C" wp14:textId="0BCC3FA0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Business</w:t>
      </w:r>
    </w:p>
    <w:p xmlns:wp14="http://schemas.microsoft.com/office/word/2010/wordml" w:rsidP="68606815" w14:paraId="445B0BCA" wp14:textId="4504BD1A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☐ Other (please specify)</w:t>
      </w:r>
    </w:p>
    <w:p xmlns:wp14="http://schemas.microsoft.com/office/word/2010/wordml" w:rsidP="68606815" w14:paraId="1689A580" wp14:textId="0495E4C5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</w:p>
    <w:p xmlns:wp14="http://schemas.microsoft.com/office/word/2010/wordml" w:rsidP="68606815" w14:paraId="2759CB1B" wp14:textId="104E82B2">
      <w:pPr>
        <w:spacing w:before="210" w:beforeAutospacing="off" w:after="210" w:afterAutospacing="off" w:line="300" w:lineRule="auto"/>
      </w:pPr>
      <w:r w:rsidRPr="3030D410" w:rsidR="417A136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Brief Description of </w:t>
      </w:r>
      <w:r w:rsidRPr="3030D410" w:rsidR="417A136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  <w:t>Organisation</w:t>
      </w:r>
    </w:p>
    <w:p w:rsidR="3030D410" w:rsidP="3030D410" w:rsidRDefault="3030D410" w14:paraId="68B96C55" w14:textId="780055D0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</w:p>
    <w:p xmlns:wp14="http://schemas.microsoft.com/office/word/2010/wordml" w:rsidP="68606815" w14:paraId="3A17898C" wp14:textId="5FA706E0">
      <w:pPr>
        <w:spacing w:before="0" w:beforeAutospacing="off" w:after="0" w:afterAutospacing="off" w:line="300" w:lineRule="auto"/>
      </w:pPr>
    </w:p>
    <w:p xmlns:wp14="http://schemas.microsoft.com/office/word/2010/wordml" w:rsidP="68606815" w14:paraId="4FA48920" wp14:textId="24C5E7A9">
      <w:pPr>
        <w:pStyle w:val="Heading1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Project Details</w:t>
      </w:r>
    </w:p>
    <w:p xmlns:wp14="http://schemas.microsoft.com/office/word/2010/wordml" w:rsidP="3030D410" w14:paraId="42D79EE4" wp14:textId="7D58CDD5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3030D410" w:rsidR="417A136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 xml:space="preserve">3. Project </w:t>
      </w:r>
      <w:r w:rsidRPr="3030D410" w:rsidR="4546EBE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Name</w:t>
      </w:r>
    </w:p>
    <w:p xmlns:wp14="http://schemas.microsoft.com/office/word/2010/wordml" w:rsidP="68606815" w14:paraId="093B003C" wp14:textId="3FE95B3F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7805DB63" wp14:textId="4710BDA0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4. Funding Stream</w:t>
      </w:r>
    </w:p>
    <w:p xmlns:wp14="http://schemas.microsoft.com/office/word/2010/wordml" w:rsidP="68606815" w14:paraId="09A03CB2" wp14:textId="36B9A8A1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Please select one:</w:t>
      </w:r>
    </w:p>
    <w:p xmlns:wp14="http://schemas.microsoft.com/office/word/2010/wordml" w:rsidP="68606815" w14:paraId="46084D56" wp14:textId="1B91094A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Community Pride Micro-Grant (up to £1,000)</w:t>
      </w:r>
    </w:p>
    <w:p xmlns:wp14="http://schemas.microsoft.com/office/word/2010/wordml" w:rsidP="68606815" w14:paraId="1EC395D5" wp14:textId="3A6CD13B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Capital Improvement Grant (up to £10,000)</w:t>
      </w:r>
    </w:p>
    <w:p xmlns:wp14="http://schemas.microsoft.com/office/word/2010/wordml" w:rsidP="68606815" w14:paraId="57D5AF58" wp14:textId="485AA152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Amount Requested (£):</w:t>
      </w:r>
    </w:p>
    <w:p xmlns:wp14="http://schemas.microsoft.com/office/word/2010/wordml" w:rsidP="68606815" w14:paraId="0CEA8DB3" wp14:textId="734E08AB">
      <w:pPr>
        <w:pStyle w:val="Normal"/>
        <w:spacing w:before="0" w:beforeAutospacing="off" w:after="0" w:afterAutospacing="off" w:line="300" w:lineRule="auto"/>
      </w:pPr>
    </w:p>
    <w:p xmlns:wp14="http://schemas.microsoft.com/office/word/2010/wordml" w:rsidP="68606815" w14:paraId="5E02DF26" wp14:textId="0926E3D3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5. Project Summary</w:t>
      </w:r>
    </w:p>
    <w:p xmlns:wp14="http://schemas.microsoft.com/office/word/2010/wordml" w:rsidP="68606815" w14:paraId="765B4DC8" wp14:textId="6A613B04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Please provide a brief summary of your project (maximum 150 words).</w:t>
      </w:r>
    </w:p>
    <w:p xmlns:wp14="http://schemas.microsoft.com/office/word/2010/wordml" w:rsidP="68606815" w14:paraId="6AC6AD30" wp14:textId="0532FB07">
      <w:pPr>
        <w:pStyle w:val="Normal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719E21B5" wp14:textId="56EAD1D6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6. About Your Project</w:t>
      </w:r>
    </w:p>
    <w:p xmlns:wp14="http://schemas.microsoft.com/office/word/2010/wordml" w:rsidP="68606815" w14:paraId="1BDEE7BF" wp14:textId="28E640DD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Please describe:</w:t>
      </w:r>
    </w:p>
    <w:p xmlns:wp14="http://schemas.microsoft.com/office/word/2010/wordml" w:rsidP="68606815" w14:paraId="50AA1D2C" wp14:textId="2859CF89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What you would like to do</w:t>
      </w:r>
    </w:p>
    <w:p xmlns:wp14="http://schemas.microsoft.com/office/word/2010/wordml" w:rsidP="68606815" w14:paraId="7FF1FA42" wp14:textId="7B2ED818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Why the project is needed</w:t>
      </w:r>
    </w:p>
    <w:p xmlns:wp14="http://schemas.microsoft.com/office/word/2010/wordml" w:rsidP="68606815" w14:paraId="6A19BA25" wp14:textId="524C3BEC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What activities or improvements will take place</w:t>
      </w:r>
    </w:p>
    <w:p xmlns:wp14="http://schemas.microsoft.com/office/word/2010/wordml" w:rsidP="68606815" w14:paraId="7EB6654C" wp14:textId="3520787A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(maximum 500 words)</w:t>
      </w:r>
    </w:p>
    <w:p xmlns:wp14="http://schemas.microsoft.com/office/word/2010/wordml" w:rsidP="68606815" w14:paraId="1445FD53" wp14:textId="07CFD05F">
      <w:pPr>
        <w:pStyle w:val="Normal"/>
        <w:spacing w:before="0" w:beforeAutospacing="off" w:after="0" w:afterAutospacing="off" w:line="300" w:lineRule="auto"/>
      </w:pPr>
    </w:p>
    <w:p xmlns:wp14="http://schemas.microsoft.com/office/word/2010/wordml" w:rsidP="68606815" w14:paraId="6FBE3452" wp14:textId="26C21560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7. Community Benefit</w:t>
      </w:r>
    </w:p>
    <w:p xmlns:wp14="http://schemas.microsoft.com/office/word/2010/wordml" w:rsidP="68606815" w14:paraId="136D8E05" wp14:textId="17BECEDA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Please explain:</w:t>
      </w:r>
    </w:p>
    <w:p xmlns:wp14="http://schemas.microsoft.com/office/word/2010/wordml" w:rsidP="68606815" w14:paraId="54FA1137" wp14:textId="055007DE">
      <w:pPr>
        <w:pStyle w:val="ListParagraph"/>
        <w:numPr>
          <w:ilvl w:val="0"/>
          <w:numId w:val="11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Who will benefit from your project</w:t>
      </w:r>
    </w:p>
    <w:p xmlns:wp14="http://schemas.microsoft.com/office/word/2010/wordml" w:rsidP="68606815" w14:paraId="329E2118" wp14:textId="780AB6EF">
      <w:pPr>
        <w:pStyle w:val="ListParagraph"/>
        <w:numPr>
          <w:ilvl w:val="0"/>
          <w:numId w:val="11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How local residents will benefit</w:t>
      </w:r>
    </w:p>
    <w:p xmlns:wp14="http://schemas.microsoft.com/office/word/2010/wordml" w:rsidP="68606815" w14:paraId="4CC06637" wp14:textId="39D07E46">
      <w:pPr>
        <w:pStyle w:val="ListParagraph"/>
        <w:numPr>
          <w:ilvl w:val="0"/>
          <w:numId w:val="11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Estimated number of people who will be involved or supported</w:t>
      </w:r>
    </w:p>
    <w:p xmlns:wp14="http://schemas.microsoft.com/office/word/2010/wordml" w:rsidP="68606815" w14:paraId="28F492C6" wp14:textId="0AB2652B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(maximum 300 words)</w:t>
      </w:r>
    </w:p>
    <w:p xmlns:wp14="http://schemas.microsoft.com/office/word/2010/wordml" w:rsidP="68606815" w14:paraId="7A85EB5D" wp14:textId="693395D7">
      <w:pPr>
        <w:pStyle w:val="Normal"/>
        <w:spacing w:before="0" w:beforeAutospacing="off" w:after="0" w:afterAutospacing="off" w:line="300" w:lineRule="auto"/>
      </w:pPr>
    </w:p>
    <w:p xmlns:wp14="http://schemas.microsoft.com/office/word/2010/wordml" w:rsidP="68606815" w14:paraId="64DC2201" wp14:textId="2DFA9149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8. Contribution to Pride in Place</w:t>
      </w:r>
    </w:p>
    <w:p xmlns:wp14="http://schemas.microsoft.com/office/word/2010/wordml" w:rsidP="68606815" w14:paraId="28C4615C" wp14:textId="0F5FBFEC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How will your project help to:</w:t>
      </w:r>
    </w:p>
    <w:p xmlns:wp14="http://schemas.microsoft.com/office/word/2010/wordml" w:rsidP="68606815" w14:paraId="0E1D644F" wp14:textId="4F02B823">
      <w:pPr>
        <w:pStyle w:val="ListParagraph"/>
        <w:numPr>
          <w:ilvl w:val="0"/>
          <w:numId w:val="12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Improve neighbourhood pride?</w:t>
      </w:r>
    </w:p>
    <w:p xmlns:wp14="http://schemas.microsoft.com/office/word/2010/wordml" w:rsidP="68606815" w14:paraId="2F809C57" wp14:textId="79961EA5">
      <w:pPr>
        <w:pStyle w:val="ListParagraph"/>
        <w:numPr>
          <w:ilvl w:val="0"/>
          <w:numId w:val="12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Strengthen community connections?</w:t>
      </w:r>
    </w:p>
    <w:p xmlns:wp14="http://schemas.microsoft.com/office/word/2010/wordml" w:rsidP="68606815" w14:paraId="2492F158" wp14:textId="43B9E687">
      <w:pPr>
        <w:pStyle w:val="ListParagraph"/>
        <w:numPr>
          <w:ilvl w:val="0"/>
          <w:numId w:val="12"/>
        </w:num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Create visible improvements in Whitehawk?</w:t>
      </w:r>
    </w:p>
    <w:p xmlns:wp14="http://schemas.microsoft.com/office/word/2010/wordml" w:rsidP="68606815" w14:paraId="2705DC95" wp14:textId="5D0191A6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(maximum 300 words)</w:t>
      </w:r>
    </w:p>
    <w:p xmlns:wp14="http://schemas.microsoft.com/office/word/2010/wordml" w:rsidP="68606815" w14:paraId="5BBC9416" wp14:textId="48B39ADC">
      <w:pPr>
        <w:pStyle w:val="Heading1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Project Delivery</w:t>
      </w:r>
    </w:p>
    <w:p xmlns:wp14="http://schemas.microsoft.com/office/word/2010/wordml" w:rsidP="68606815" w14:paraId="2493FC1A" wp14:textId="67501814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9. Delivery Plan</w:t>
      </w:r>
    </w:p>
    <w:p xmlns:wp14="http://schemas.microsoft.com/office/word/2010/wordml" w:rsidP="68606815" w14:paraId="31D4BA13" wp14:textId="59E3974A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Proposed Start Date:</w:t>
      </w:r>
    </w:p>
    <w:p xmlns:wp14="http://schemas.microsoft.com/office/word/2010/wordml" w:rsidP="68606815" w14:paraId="134218DB" wp14:textId="4E4FE476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210B9255" wp14:textId="5C88FEAB">
      <w:pPr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Proposed Completion Date:</w:t>
      </w:r>
    </w:p>
    <w:p xmlns:wp14="http://schemas.microsoft.com/office/word/2010/wordml" w:rsidP="68606815" w14:paraId="5CB3680F" wp14:textId="61FE65E6">
      <w:pPr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38E29468" w14:noSpellErr="1" wp14:textId="4109F00E">
      <w:pPr>
        <w:pStyle w:val="Heading3"/>
        <w:spacing w:before="246" w:beforeAutospacing="off" w:after="246" w:afterAutospacing="off" w:line="300" w:lineRule="auto"/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Key Activities and Milestones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6915"/>
        <w:gridCol w:w="2340"/>
      </w:tblGrid>
      <w:tr w:rsidR="7B810194" w:rsidTr="7B810194" w14:paraId="132BB6CB">
        <w:trPr>
          <w:trHeight w:val="270"/>
        </w:trPr>
        <w:tc>
          <w:tcPr>
            <w:tcW w:w="69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2FAAB20E" w14:textId="05473C51">
            <w:pPr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23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6365213D" w14:textId="555C0489">
            <w:pPr>
              <w:spacing w:before="0" w:beforeAutospacing="off" w:after="0" w:afterAutospacing="off" w:line="300" w:lineRule="auto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>Expected Completion Date</w:t>
            </w:r>
          </w:p>
        </w:tc>
      </w:tr>
      <w:tr w:rsidR="7B810194" w:rsidTr="7B810194" w14:paraId="51F0B99B">
        <w:trPr>
          <w:trHeight w:val="270"/>
        </w:trPr>
        <w:tc>
          <w:tcPr>
            <w:tcW w:w="69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5F840998" w14:textId="1605D670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035DE6EC" w14:textId="1F6D7075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</w:tr>
      <w:tr w:rsidR="7B810194" w:rsidTr="7B810194" w14:paraId="618CE6E3">
        <w:trPr>
          <w:trHeight w:val="270"/>
        </w:trPr>
        <w:tc>
          <w:tcPr>
            <w:tcW w:w="69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906FE8D" w14:textId="05806B38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6364B2F7" w14:textId="36203E0C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</w:tr>
      <w:tr w:rsidR="7B810194" w:rsidTr="7B810194" w14:paraId="4AF55091">
        <w:trPr>
          <w:trHeight w:val="270"/>
        </w:trPr>
        <w:tc>
          <w:tcPr>
            <w:tcW w:w="69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0D69F718" w14:textId="4C1050EE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5C3BAE3B" w14:textId="167AB470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</w:tr>
      <w:tr w:rsidR="7B810194" w:rsidTr="7B810194" w14:paraId="59EB2368">
        <w:trPr>
          <w:trHeight w:val="270"/>
        </w:trPr>
        <w:tc>
          <w:tcPr>
            <w:tcW w:w="69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6F52284B" w14:textId="327F626E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43352718" w14:textId="08723D40">
            <w:pPr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21C341D5" w:rsidP="7B810194" w:rsidRDefault="21C341D5" w14:paraId="1B08A9B7" w14:textId="1F4BD54E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7B810194" w:rsidR="21C341D5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(please add extra lines if needed)</w:t>
      </w:r>
    </w:p>
    <w:p w:rsidR="7B810194" w:rsidP="7B810194" w:rsidRDefault="7B810194" w14:paraId="466408E7" w14:textId="41A0079C">
      <w:pPr>
        <w:pStyle w:val="Normal"/>
        <w:rPr>
          <w:noProof w:val="0"/>
          <w:lang w:val="en-US"/>
        </w:rPr>
      </w:pPr>
    </w:p>
    <w:p xmlns:wp14="http://schemas.microsoft.com/office/word/2010/wordml" w:rsidP="68606815" w14:paraId="4478CDD6" wp14:textId="52DDBBF2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5768601E" wp14:textId="7BBD6900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10. Experience and Capacity</w:t>
      </w:r>
    </w:p>
    <w:p xmlns:wp14="http://schemas.microsoft.com/office/word/2010/wordml" w:rsidP="68606815" w14:paraId="74DBFA0F" wp14:textId="3ADA3A0C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Please tell us about any experience, skills, partnerships or resources that will help you successfully deliver this project.</w:t>
      </w:r>
    </w:p>
    <w:p xmlns:wp14="http://schemas.microsoft.com/office/word/2010/wordml" w:rsidP="68606815" w14:paraId="01D60F44" wp14:textId="44D36C99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2D57058B" wp14:textId="330A4B21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2C5FBAFB" wp14:textId="49DB8662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20769FBF" wp14:textId="58E3C88E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3906AE5B" wp14:textId="642105C2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10E00653" wp14:textId="0A3A5C9E">
      <w:pPr>
        <w:pStyle w:val="Heading1"/>
        <w:bidi w:val="0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Project Budget</w:t>
      </w:r>
    </w:p>
    <w:p xmlns:wp14="http://schemas.microsoft.com/office/word/2010/wordml" w:rsidP="68606815" w14:paraId="0F66F3F8" wp14:textId="2A381E29">
      <w:pPr>
        <w:pStyle w:val="Heading3"/>
        <w:bidi w:val="0"/>
        <w:spacing w:before="246" w:beforeAutospacing="off" w:after="246" w:afterAutospacing="off" w:line="300" w:lineRule="auto"/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11. Budget Breakdown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7485"/>
        <w:gridCol w:w="1755"/>
      </w:tblGrid>
      <w:tr w:rsidR="7B810194" w:rsidTr="7B810194" w14:paraId="484B17A1">
        <w:trPr>
          <w:trHeight w:val="345"/>
        </w:trPr>
        <w:tc>
          <w:tcPr>
            <w:tcW w:w="748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37C4C770" w14:textId="68DEE5B8">
            <w:pPr>
              <w:bidi w:val="0"/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5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26DB0EA" w14:textId="7CAA01EB">
            <w:pPr>
              <w:bidi w:val="0"/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Cost (£)</w:t>
            </w:r>
          </w:p>
        </w:tc>
      </w:tr>
      <w:tr w:rsidR="7B810194" w:rsidTr="7B810194" w14:paraId="43D3FE45">
        <w:trPr>
          <w:trHeight w:val="345"/>
        </w:trPr>
        <w:tc>
          <w:tcPr>
            <w:tcW w:w="748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197FE8DC" w14:textId="3896A7D2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5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2263B035" w14:textId="4BAD2385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7B810194" w:rsidTr="7B810194" w14:paraId="2AAF10DF">
        <w:trPr>
          <w:trHeight w:val="345"/>
        </w:trPr>
        <w:tc>
          <w:tcPr>
            <w:tcW w:w="748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620C917E" w14:textId="02CD00FB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5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2FE3E6EC" w14:textId="0263BDDA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7B810194" w:rsidTr="7B810194" w14:paraId="08837273">
        <w:trPr>
          <w:trHeight w:val="345"/>
        </w:trPr>
        <w:tc>
          <w:tcPr>
            <w:tcW w:w="748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56F41B74" w14:textId="50828084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5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422D5B89" w14:textId="030732AF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7B810194" w:rsidTr="7B810194" w14:paraId="1078F42C">
        <w:trPr>
          <w:trHeight w:val="345"/>
        </w:trPr>
        <w:tc>
          <w:tcPr>
            <w:tcW w:w="748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42C29A92" w14:textId="5E6A136E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5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C5F9AFF" w14:textId="2875EC77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7B810194" w:rsidTr="7B810194" w14:paraId="70BAF3D6">
        <w:trPr>
          <w:trHeight w:val="345"/>
        </w:trPr>
        <w:tc>
          <w:tcPr>
            <w:tcW w:w="748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4E521EAB" w14:textId="3B791907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5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00A3803B" w14:textId="63E56D4E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1836152F" w:rsidP="7B810194" w:rsidRDefault="1836152F" w14:paraId="630F2A12" w14:textId="1F4BD54E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7B810194" w:rsidR="1836152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(please add extra lines if needed)</w:t>
      </w:r>
    </w:p>
    <w:p w:rsidR="7B810194" w:rsidP="7B810194" w:rsidRDefault="7B810194" w14:paraId="010F5675" w14:textId="5463D090">
      <w:pPr>
        <w:pStyle w:val="Normal"/>
        <w:bidi w:val="0"/>
        <w:rPr>
          <w:noProof w:val="0"/>
          <w:lang w:val="en-US"/>
        </w:rPr>
      </w:pPr>
    </w:p>
    <w:p xmlns:wp14="http://schemas.microsoft.com/office/word/2010/wordml" w:rsidP="68606815" w14:paraId="6DCB119C" wp14:textId="1271C546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Total Funding Requested</w:t>
      </w:r>
    </w:p>
    <w:p xmlns:wp14="http://schemas.microsoft.com/office/word/2010/wordml" w:rsidP="68606815" w14:paraId="18F996FC" wp14:textId="55F09896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£ ___________________</w:t>
      </w:r>
    </w:p>
    <w:p xmlns:wp14="http://schemas.microsoft.com/office/word/2010/wordml" w:rsidP="68606815" w14:paraId="6550D3B3" wp14:textId="5A1E32D3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5D61D7D4" wp14:textId="714E810D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12. Match Funding and Other Contributions</w:t>
      </w:r>
    </w:p>
    <w:p xmlns:wp14="http://schemas.microsoft.com/office/word/2010/wordml" w:rsidP="7B810194" w14:paraId="100ABC3F" wp14:textId="53B98139">
      <w:pPr>
        <w:pStyle w:val="Normal"/>
        <w:bidi w:val="0"/>
        <w:spacing w:before="210" w:beforeAutospacing="off" w:after="210" w:afterAutospacing="off" w:line="300" w:lineRule="auto"/>
      </w:pPr>
      <w:r w:rsidRPr="7B810194" w:rsidR="1ECD46E2">
        <w:rPr>
          <w:rFonts w:ascii="Calibri" w:hAnsi="Calibri" w:eastAsia="Calibri" w:cs="Calibri"/>
          <w:noProof w:val="0"/>
          <w:sz w:val="24"/>
          <w:szCs w:val="24"/>
          <w:lang w:val="en-US"/>
        </w:rPr>
        <w:t>Are you receiving support from any other source?</w:t>
      </w:r>
      <w:r w:rsidRPr="7B810194" w:rsidR="1ECD46E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* </w:t>
      </w:r>
    </w:p>
    <w:p xmlns:wp14="http://schemas.microsoft.com/office/word/2010/wordml" w:rsidP="7B810194" w14:paraId="386C24FC" wp14:textId="2F7438D9">
      <w:pPr>
        <w:pStyle w:val="Normal"/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Yes</w:t>
      </w:r>
    </w:p>
    <w:p xmlns:wp14="http://schemas.microsoft.com/office/word/2010/wordml" w:rsidP="68606815" w14:paraId="22F5C51C" wp14:textId="7D019843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No</w:t>
      </w:r>
    </w:p>
    <w:p xmlns:wp14="http://schemas.microsoft.com/office/word/2010/wordml" w:rsidP="68606815" w14:paraId="0CB328D4" wp14:textId="30B0809D">
      <w:pPr>
        <w:bidi w:val="0"/>
        <w:spacing w:before="210" w:beforeAutospacing="off" w:after="210" w:afterAutospacing="off" w:line="300" w:lineRule="auto"/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If yes, please provide details: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5640"/>
        <w:gridCol w:w="2415"/>
        <w:gridCol w:w="1695"/>
      </w:tblGrid>
      <w:tr w:rsidR="7B810194" w:rsidTr="7B810194" w14:paraId="50FED890">
        <w:trPr>
          <w:trHeight w:val="480"/>
        </w:trPr>
        <w:tc>
          <w:tcPr>
            <w:tcW w:w="56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00D5B5FB" w14:textId="28D02682">
            <w:pPr>
              <w:bidi w:val="0"/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>Funding Source</w:t>
            </w:r>
          </w:p>
        </w:tc>
        <w:tc>
          <w:tcPr>
            <w:tcW w:w="24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3C5338F" w14:textId="3B96DDCA">
            <w:pPr>
              <w:bidi w:val="0"/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>Amount (£)</w:t>
            </w:r>
          </w:p>
        </w:tc>
        <w:tc>
          <w:tcPr>
            <w:tcW w:w="169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0B053BFD" w14:textId="07EA4AA4">
            <w:pPr>
              <w:bidi w:val="0"/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>Confirmed?</w:t>
            </w:r>
          </w:p>
          <w:p w:rsidR="7B810194" w:rsidP="7B810194" w:rsidRDefault="7B810194" w14:paraId="294C4A32" w14:textId="54710BAF">
            <w:pPr>
              <w:bidi w:val="0"/>
              <w:spacing w:before="0" w:beforeAutospacing="off" w:after="0" w:afterAutospacing="off" w:line="30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auto"/>
                <w:sz w:val="24"/>
                <w:szCs w:val="24"/>
                <w:lang w:val="en-US"/>
              </w:rPr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auto"/>
                <w:sz w:val="24"/>
                <w:szCs w:val="24"/>
                <w:lang w:val="en-US"/>
              </w:rPr>
              <w:t>Yes /No</w:t>
            </w:r>
          </w:p>
        </w:tc>
      </w:tr>
      <w:tr w:rsidR="7B810194" w:rsidTr="7B810194" w14:paraId="1FC82410">
        <w:trPr>
          <w:trHeight w:val="300"/>
        </w:trPr>
        <w:tc>
          <w:tcPr>
            <w:tcW w:w="56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6B8AB631" w14:textId="5E06358B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2969C6C1" w14:textId="1531B5AB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9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BE4508B" w14:textId="3C033BD1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</w:tr>
      <w:tr w:rsidR="7B810194" w:rsidTr="7B810194" w14:paraId="4717B0B8">
        <w:trPr>
          <w:trHeight w:val="300"/>
        </w:trPr>
        <w:tc>
          <w:tcPr>
            <w:tcW w:w="564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1ED63C8E" w14:textId="2E4C88F3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AE40E5F" w14:textId="7CA6CB8B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95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3593C4A2" w14:textId="6D2605DA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12101BBB" w:rsidP="7B810194" w:rsidRDefault="12101BBB" w14:paraId="745A0D6C" w14:textId="2609F38F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7B810194" w:rsidR="12101BBB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(please add extra lines if needed)</w:t>
      </w:r>
    </w:p>
    <w:p w:rsidR="12101BBB" w:rsidP="7B810194" w:rsidRDefault="12101BBB" w14:paraId="043B5AD5" w14:textId="3AEFEDD0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7B810194" w:rsidR="12101BBB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*Please include any volunteer time, donated materials or in-kind contributions where relevant</w:t>
      </w:r>
      <w:r w:rsidRPr="7B810194" w:rsidR="12101BBB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. (You can calculate the value of volunteer time by multiplying volunteer hours by the living wage rate (£13.45) to get your value)</w:t>
      </w:r>
    </w:p>
    <w:p xmlns:wp14="http://schemas.microsoft.com/office/word/2010/wordml" w:rsidP="7B810194" w14:paraId="7E79E0F8" wp14:textId="6E9D5B06">
      <w:pPr>
        <w:pStyle w:val="Normal"/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5E40A43C" wp14:textId="41F86E51">
      <w:pPr>
        <w:pStyle w:val="Heading1"/>
        <w:bidi w:val="0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Permissions and Risk Management</w:t>
      </w:r>
    </w:p>
    <w:p xmlns:wp14="http://schemas.microsoft.com/office/word/2010/wordml" w:rsidP="68606815" w14:paraId="311CB06C" wp14:textId="2CB31663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13. Permissions and Consents</w:t>
      </w:r>
    </w:p>
    <w:p xmlns:wp14="http://schemas.microsoft.com/office/word/2010/wordml" w:rsidP="68606815" w14:paraId="59D9D5AF" wp14:textId="635A84B5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Does your project require any of the following?</w:t>
      </w:r>
    </w:p>
    <w:p xmlns:wp14="http://schemas.microsoft.com/office/word/2010/wordml" w:rsidP="68606815" w14:paraId="6E63B754" wp14:textId="3EAAFEA1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Landowner Permission</w:t>
      </w:r>
    </w:p>
    <w:p xmlns:wp14="http://schemas.microsoft.com/office/word/2010/wordml" w:rsidP="68606815" w14:paraId="37C272A6" wp14:textId="0A5661B8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Planning Permission</w:t>
      </w:r>
    </w:p>
    <w:p xmlns:wp14="http://schemas.microsoft.com/office/word/2010/wordml" w:rsidP="68606815" w14:paraId="5C2DFC2B" wp14:textId="7BB8A1FF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Listed Building Consent</w:t>
      </w:r>
    </w:p>
    <w:p xmlns:wp14="http://schemas.microsoft.com/office/word/2010/wordml" w:rsidP="68606815" w14:paraId="65D45C3B" wp14:textId="3DCFCBB3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Highway Approval</w:t>
      </w:r>
    </w:p>
    <w:p xmlns:wp14="http://schemas.microsoft.com/office/word/2010/wordml" w:rsidP="68606815" w14:paraId="31B1B3E4" wp14:textId="71DD0E36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Insurance</w:t>
      </w:r>
    </w:p>
    <w:p xmlns:wp14="http://schemas.microsoft.com/office/word/2010/wordml" w:rsidP="68606815" w14:paraId="6739CF9C" wp14:textId="03CBFA4A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DBS/Safeguarding Arrangements</w:t>
      </w:r>
    </w:p>
    <w:p xmlns:wp14="http://schemas.microsoft.com/office/word/2010/wordml" w:rsidP="68606815" w14:paraId="5B3725B8" wp14:textId="0A34EC7E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Health and Safety Assessment</w:t>
      </w:r>
    </w:p>
    <w:p xmlns:wp14="http://schemas.microsoft.com/office/word/2010/wordml" w:rsidP="68606815" w14:paraId="50D2CA82" wp14:textId="075D76C5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Not Applicable</w:t>
      </w:r>
    </w:p>
    <w:p xmlns:wp14="http://schemas.microsoft.com/office/word/2010/wordml" w:rsidP="68606815" w14:paraId="1E33F449" wp14:textId="7B238F98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Please provide details:</w:t>
      </w:r>
    </w:p>
    <w:p xmlns:wp14="http://schemas.microsoft.com/office/word/2010/wordml" w:rsidP="68606815" w14:paraId="2360546C" wp14:textId="1086137D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661D37CE" wp14:textId="328B1297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14. Risks</w:t>
      </w:r>
    </w:p>
    <w:p xmlns:wp14="http://schemas.microsoft.com/office/word/2010/wordml" w:rsidP="68606815" w14:paraId="7ED038B5" wp14:textId="3FD76603">
      <w:pPr>
        <w:bidi w:val="0"/>
        <w:spacing w:before="210" w:beforeAutospacing="off" w:after="210" w:afterAutospacing="off" w:line="300" w:lineRule="auto"/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  <w:t>Please identify any key risks and how you will manage them.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650"/>
        <w:gridCol w:w="4680"/>
      </w:tblGrid>
      <w:tr w:rsidR="7B810194" w:rsidTr="7B810194" w14:paraId="2A248B26">
        <w:trPr>
          <w:trHeight w:val="300"/>
        </w:trPr>
        <w:tc>
          <w:tcPr>
            <w:tcW w:w="46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3ABD65D8" w14:textId="7BD352F9">
            <w:pPr>
              <w:bidi w:val="0"/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Risk</w:t>
            </w:r>
          </w:p>
        </w:tc>
        <w:tc>
          <w:tcPr>
            <w:tcW w:w="468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38328C7A" w14:textId="4DF9A868">
            <w:pPr>
              <w:bidi w:val="0"/>
              <w:spacing w:before="0" w:beforeAutospacing="off" w:after="0" w:afterAutospacing="off" w:line="300" w:lineRule="auto"/>
              <w:jc w:val="center"/>
            </w:pPr>
            <w:r w:rsidRPr="7B810194" w:rsidR="7B81019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Mitigation</w:t>
            </w:r>
          </w:p>
        </w:tc>
      </w:tr>
      <w:tr w:rsidR="7B810194" w:rsidTr="7B810194" w14:paraId="43A08F57">
        <w:trPr>
          <w:trHeight w:val="300"/>
        </w:trPr>
        <w:tc>
          <w:tcPr>
            <w:tcW w:w="46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529D27A7" w14:textId="5668993A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68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1B04740" w14:textId="26D6990F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7B810194" w:rsidTr="7B810194" w14:paraId="062BCC5A">
        <w:trPr>
          <w:trHeight w:val="300"/>
        </w:trPr>
        <w:tc>
          <w:tcPr>
            <w:tcW w:w="46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567AD8BB" w14:textId="04CE8477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68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729BEC0C" w14:textId="157D18FF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7B810194" w:rsidTr="7B810194" w14:paraId="09E648B5">
        <w:trPr>
          <w:trHeight w:val="300"/>
        </w:trPr>
        <w:tc>
          <w:tcPr>
            <w:tcW w:w="46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5BE91021" w14:textId="04F4E5D4">
            <w:pPr>
              <w:bidi w:val="0"/>
              <w:spacing w:before="0" w:beforeAutospacing="off" w:after="200" w:afterAutospacing="off" w:line="276" w:lineRule="auto"/>
            </w:pPr>
            <w:r w:rsidRPr="7B810194" w:rsidR="7B81019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68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left w:w="108" w:type="dxa"/>
              <w:right w:w="108" w:type="dxa"/>
            </w:tcMar>
            <w:vAlign w:val="center"/>
          </w:tcPr>
          <w:p w:rsidR="7B810194" w:rsidP="7B810194" w:rsidRDefault="7B810194" w14:paraId="37B24C70" w14:textId="4DF216C5">
            <w:pPr>
              <w:bidi w:val="0"/>
              <w:spacing w:before="0" w:beforeAutospacing="off" w:after="200" w:afterAutospacing="off" w:line="276" w:lineRule="auto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</w:tbl>
    <w:p xmlns:wp14="http://schemas.microsoft.com/office/word/2010/wordml" w:rsidP="7B810194" w14:paraId="237DFBA4" wp14:textId="1F4BD54E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7B810194" w:rsidR="59EA6EF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(please add extra lines if needed)</w:t>
      </w:r>
    </w:p>
    <w:p xmlns:wp14="http://schemas.microsoft.com/office/word/2010/wordml" w:rsidP="7B810194" w14:paraId="4D8CCC44" wp14:textId="484632D4">
      <w:pPr>
        <w:pStyle w:val="Normal"/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1"/>
          <w:szCs w:val="21"/>
          <w:lang w:val="en-US"/>
        </w:rPr>
      </w:pPr>
    </w:p>
    <w:p xmlns:wp14="http://schemas.microsoft.com/office/word/2010/wordml" w:rsidP="68606815" w14:paraId="46199FA8" wp14:textId="150B1E87">
      <w:pPr>
        <w:pStyle w:val="Heading1"/>
        <w:bidi w:val="0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Monitoring and Evaluation</w:t>
      </w:r>
    </w:p>
    <w:p xmlns:wp14="http://schemas.microsoft.com/office/word/2010/wordml" w:rsidP="68606815" w14:paraId="239A8992" wp14:textId="6F5AC4F6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15. Measuring Success</w:t>
      </w:r>
    </w:p>
    <w:p xmlns:wp14="http://schemas.microsoft.com/office/word/2010/wordml" w:rsidP="68606815" w14:paraId="120A953A" wp14:textId="0C32506B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How will you know if your project has been successful?</w:t>
      </w:r>
    </w:p>
    <w:p xmlns:wp14="http://schemas.microsoft.com/office/word/2010/wordml" w:rsidP="68606815" w14:paraId="2C1C606E" wp14:textId="5C85770A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Please describe the outcomes you expect to achieve.</w:t>
      </w:r>
    </w:p>
    <w:p xmlns:wp14="http://schemas.microsoft.com/office/word/2010/wordml" w:rsidP="68606815" w14:paraId="782ECD29" wp14:textId="4561B8E9">
      <w:pPr>
        <w:pStyle w:val="Normal"/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002DB9FE" wp14:textId="1FC5D7F9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446B9143" wp14:textId="2D25F10D">
      <w:pPr>
        <w:pStyle w:val="Heading1"/>
        <w:bidi w:val="0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Equalities and Accessibility</w:t>
      </w:r>
    </w:p>
    <w:p xmlns:wp14="http://schemas.microsoft.com/office/word/2010/wordml" w:rsidP="68606815" w14:paraId="01B44DE4" wp14:textId="69DD047C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16. Accessibility and Inclusion</w:t>
      </w:r>
    </w:p>
    <w:p xmlns:wp14="http://schemas.microsoft.com/office/word/2010/wordml" w:rsidP="7B810194" w14:paraId="1DFDD4DC" wp14:textId="116DC237">
      <w:pPr>
        <w:pStyle w:val="Normal"/>
        <w:bidi w:val="0"/>
        <w:spacing w:before="0" w:beforeAutospacing="off" w:after="0" w:afterAutospacing="off" w:line="300" w:lineRule="auto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7B810194" w:rsidR="5F84CBB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How will your project </w:t>
      </w:r>
      <w:r w:rsidRPr="7B810194" w:rsidR="5F84CBB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identify</w:t>
      </w:r>
      <w:r w:rsidRPr="7B810194" w:rsidR="5F84CBB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and address any barriers to participation so that people with different access needs, and from </w:t>
      </w:r>
      <w:r w:rsidRPr="7B810194" w:rsidR="5F84CBB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different backgrounds</w:t>
      </w:r>
      <w:r w:rsidRPr="7B810194" w:rsidR="5F84CBB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and communities </w:t>
      </w:r>
      <w:r w:rsidRPr="7B810194" w:rsidR="5F84CBB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are also </w:t>
      </w:r>
      <w:r w:rsidRPr="7B810194" w:rsidR="5F84CBB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able to take part or benefit?</w:t>
      </w:r>
    </w:p>
    <w:p xmlns:wp14="http://schemas.microsoft.com/office/word/2010/wordml" w:rsidP="68606815" w14:paraId="3B96BC71" wp14:textId="23C1CFA7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28B5BD1B" wp14:textId="5E7AD0E6">
      <w:pPr>
        <w:pStyle w:val="Heading1"/>
        <w:bidi w:val="0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Video Application Option</w:t>
      </w:r>
    </w:p>
    <w:p xmlns:wp14="http://schemas.microsoft.com/office/word/2010/wordml" w:rsidP="68606815" w14:paraId="2652063F" wp14:textId="5F57BEDE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Applicants who choose to submit a video application may provide responses to Questions 5-10 through a video recording of up to five minutes in length.</w:t>
      </w:r>
    </w:p>
    <w:p xmlns:wp14="http://schemas.microsoft.com/office/word/2010/wordml" w:rsidP="68606815" w14:paraId="6E68C8FD" wp14:textId="7CA9C0B2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The video should cover:</w:t>
      </w:r>
    </w:p>
    <w:p xmlns:wp14="http://schemas.microsoft.com/office/word/2010/wordml" w:rsidP="68606815" w14:paraId="37ECFAB6" wp14:textId="4C1FA33C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Your project idea</w:t>
      </w:r>
    </w:p>
    <w:p xmlns:wp14="http://schemas.microsoft.com/office/word/2010/wordml" w:rsidP="68606815" w14:paraId="0FBADE8D" wp14:textId="6EFC8EBB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Why the project is needed</w:t>
      </w:r>
    </w:p>
    <w:p xmlns:wp14="http://schemas.microsoft.com/office/word/2010/wordml" w:rsidP="68606815" w14:paraId="4AA6345E" wp14:textId="31F608AB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Who will benefit</w:t>
      </w:r>
    </w:p>
    <w:p xmlns:wp14="http://schemas.microsoft.com/office/word/2010/wordml" w:rsidP="68606815" w14:paraId="445282BF" wp14:textId="0D52FD0F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How you will deliver the project</w:t>
      </w:r>
    </w:p>
    <w:p xmlns:wp14="http://schemas.microsoft.com/office/word/2010/wordml" w:rsidP="68606815" w14:paraId="0EFC1DEF" wp14:textId="671FDE85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The funding requested</w:t>
      </w:r>
    </w:p>
    <w:p xmlns:wp14="http://schemas.microsoft.com/office/word/2010/wordml" w:rsidP="68606815" w14:paraId="6CA2C82A" wp14:textId="56BBAF90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How the project supports Pride in Place objectives</w:t>
      </w:r>
    </w:p>
    <w:p xmlns:wp14="http://schemas.microsoft.com/office/word/2010/wordml" w:rsidP="68606815" w14:paraId="2DA810BA" wp14:textId="373993AF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Applicants submitting a video must still complete:</w:t>
      </w:r>
    </w:p>
    <w:p xmlns:wp14="http://schemas.microsoft.com/office/word/2010/wordml" w:rsidP="68606815" w14:paraId="6824D127" wp14:textId="6F910ADE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Sections 1-4</w:t>
      </w:r>
    </w:p>
    <w:p xmlns:wp14="http://schemas.microsoft.com/office/word/2010/wordml" w:rsidP="68606815" w14:paraId="0B5D3358" wp14:textId="4FF06B17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Budget information</w:t>
      </w:r>
    </w:p>
    <w:p xmlns:wp14="http://schemas.microsoft.com/office/word/2010/wordml" w:rsidP="68606815" w14:paraId="7970E61D" wp14:textId="04040A0B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Permissions and consents</w:t>
      </w:r>
    </w:p>
    <w:p xmlns:wp14="http://schemas.microsoft.com/office/word/2010/wordml" w:rsidP="68606815" w14:paraId="0A4718FA" wp14:textId="3AD030B5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Monitoring and evaluation</w:t>
      </w:r>
    </w:p>
    <w:p xmlns:wp14="http://schemas.microsoft.com/office/word/2010/wordml" w:rsidP="68606815" w14:paraId="3EDA305C" wp14:textId="578116F0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Declaration</w:t>
      </w:r>
    </w:p>
    <w:p xmlns:wp14="http://schemas.microsoft.com/office/word/2010/wordml" w:rsidP="68606815" w14:paraId="40BF216B" wp14:textId="719CA8DB">
      <w:pPr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714FD277" wp14:textId="00A54FE6">
      <w:pPr>
        <w:pStyle w:val="Heading1"/>
        <w:bidi w:val="0"/>
        <w:spacing w:before="281" w:beforeAutospacing="off" w:after="28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32"/>
          <w:szCs w:val="32"/>
          <w:lang w:val="en-US"/>
        </w:rPr>
        <w:t>Declaration</w:t>
      </w:r>
    </w:p>
    <w:p xmlns:wp14="http://schemas.microsoft.com/office/word/2010/wordml" w:rsidP="68606815" w14:paraId="7FC4E5FF" wp14:textId="75DFAF2C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I confirm that:</w:t>
      </w:r>
    </w:p>
    <w:p xmlns:wp14="http://schemas.microsoft.com/office/word/2010/wordml" w:rsidP="68606815" w14:paraId="5E48C12B" wp14:textId="0D614408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The information provided in this application is accurate to the best of my knowledge.</w:t>
      </w:r>
    </w:p>
    <w:p xmlns:wp14="http://schemas.microsoft.com/office/word/2010/wordml" w:rsidP="68606815" w14:paraId="33015D60" wp14:textId="5B8735AC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I am authorised to submit this application.</w:t>
      </w:r>
    </w:p>
    <w:p xmlns:wp14="http://schemas.microsoft.com/office/word/2010/wordml" w:rsidP="68606815" w14:paraId="0228A825" wp14:textId="2A6C9164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Any grant awarded will be used solely for the purposes outlined in this application.</w:t>
      </w:r>
    </w:p>
    <w:p xmlns:wp14="http://schemas.microsoft.com/office/word/2010/wordml" w:rsidP="68606815" w14:paraId="0A65A214" wp14:textId="28E98EAC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I understand that successful applicants may be required to provide monitoring information and evidence of expenditure.</w:t>
      </w:r>
    </w:p>
    <w:p xmlns:wp14="http://schemas.microsoft.com/office/word/2010/wordml" w:rsidP="68606815" w14:paraId="252A54FE" wp14:textId="3DC809B0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I understand that submitting an application does not guarantee funding.</w:t>
      </w:r>
    </w:p>
    <w:p xmlns:wp14="http://schemas.microsoft.com/office/word/2010/wordml" w:rsidP="68606815" w14:paraId="25487F1B" wp14:textId="2B3607FD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Name</w:t>
      </w:r>
    </w:p>
    <w:p xmlns:wp14="http://schemas.microsoft.com/office/word/2010/wordml" w:rsidP="68606815" w14:paraId="41B017E9" wp14:textId="145FA24F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10BD13FC" wp14:textId="29AD6D44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Position (if applicable)</w:t>
      </w:r>
    </w:p>
    <w:p xmlns:wp14="http://schemas.microsoft.com/office/word/2010/wordml" w:rsidP="68606815" w14:paraId="238CA363" wp14:textId="170EECD3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134DD530" wp14:textId="520C2122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Signature</w:t>
      </w:r>
    </w:p>
    <w:p xmlns:wp14="http://schemas.microsoft.com/office/word/2010/wordml" w:rsidP="68606815" w14:paraId="7D162E63" wp14:textId="1BECFAC1">
      <w:pPr>
        <w:bidi w:val="0"/>
        <w:spacing w:before="0" w:beforeAutospacing="off" w:after="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color w:val="auto"/>
          <w:sz w:val="24"/>
          <w:szCs w:val="24"/>
        </w:rPr>
      </w:pPr>
    </w:p>
    <w:p xmlns:wp14="http://schemas.microsoft.com/office/word/2010/wordml" w:rsidP="68606815" w14:paraId="2943B78D" wp14:textId="562E30DC">
      <w:pPr>
        <w:pStyle w:val="Heading3"/>
        <w:bidi w:val="0"/>
        <w:spacing w:before="246" w:beforeAutospacing="off" w:after="246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Date</w:t>
      </w:r>
    </w:p>
    <w:p xmlns:wp14="http://schemas.microsoft.com/office/word/2010/wordml" w:rsidP="68606815" w14:paraId="0EA42BCC" wp14:textId="0A724335">
      <w:pPr>
        <w:pStyle w:val="Normal"/>
        <w:bidi w:val="0"/>
        <w:spacing w:before="0" w:beforeAutospacing="off" w:after="0" w:afterAutospacing="off" w:line="300" w:lineRule="auto"/>
      </w:pPr>
    </w:p>
    <w:p xmlns:wp14="http://schemas.microsoft.com/office/word/2010/wordml" w:rsidP="68606815" w14:paraId="3216F655" wp14:textId="10C9FC51">
      <w:pPr>
        <w:pStyle w:val="Heading2"/>
        <w:bidi w:val="0"/>
        <w:spacing w:before="261" w:beforeAutospacing="off" w:after="261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  <w:t>Submission Checklist</w:t>
      </w:r>
    </w:p>
    <w:p xmlns:wp14="http://schemas.microsoft.com/office/word/2010/wordml" w:rsidP="68606815" w14:paraId="6EF63A5C" wp14:textId="4809E8B7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Before submitting, please ensure that you have:</w:t>
      </w:r>
    </w:p>
    <w:p xmlns:wp14="http://schemas.microsoft.com/office/word/2010/wordml" w:rsidP="68606815" w14:paraId="450B4BCB" wp14:textId="41F290DE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Completed all relevant sections of the application</w:t>
      </w:r>
    </w:p>
    <w:p xmlns:wp14="http://schemas.microsoft.com/office/word/2010/wordml" w:rsidP="68606815" w14:paraId="6925CDA6" wp14:textId="2AFF958E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Attached any supporting information</w:t>
      </w:r>
    </w:p>
    <w:p xmlns:wp14="http://schemas.microsoft.com/office/word/2010/wordml" w:rsidP="68606815" w14:paraId="31395F8E" wp14:textId="6B346CED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Included a project budget</w:t>
      </w:r>
    </w:p>
    <w:p xmlns:wp14="http://schemas.microsoft.com/office/word/2010/wordml" w:rsidP="68606815" w14:paraId="3767155E" wp14:textId="256D9736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Included evidence of permissions where available</w:t>
      </w:r>
    </w:p>
    <w:p xmlns:wp14="http://schemas.microsoft.com/office/word/2010/wordml" w:rsidP="68606815" w14:paraId="74DD046A" wp14:textId="7577F2CF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Completed and signed the declaration</w:t>
      </w:r>
    </w:p>
    <w:p xmlns:wp14="http://schemas.microsoft.com/office/word/2010/wordml" w:rsidP="68606815" w14:paraId="7FE2470C" wp14:textId="3F7E558B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68606815" w:rsidR="3D92907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☐ Attached your video file or video link (if applicable)</w:t>
      </w:r>
    </w:p>
    <w:p xmlns:wp14="http://schemas.microsoft.com/office/word/2010/wordml" w:rsidP="68606815" w14:paraId="5B1593B0" wp14:textId="7813E06D">
      <w:pPr>
        <w:bidi w:val="0"/>
        <w:spacing w:before="210" w:beforeAutospacing="off" w:after="210" w:afterAutospacing="off" w:line="300" w:lineRule="auto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</w:pPr>
      <w:r w:rsidRPr="7B810194" w:rsidR="3D92907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>Completed applications should be submitted using the online application system or via the instructions provided following your Expression of Interest.</w:t>
      </w:r>
    </w:p>
    <w:p xmlns:wp14="http://schemas.microsoft.com/office/word/2010/wordml" w:rsidP="7B810194" w14:paraId="3A1C73FE" wp14:textId="40A2291C">
      <w:pPr>
        <w:pStyle w:val="Normal"/>
        <w:rPr>
          <w:rFonts w:ascii="Cambria" w:hAnsi="Cambria" w:eastAsia="Cambria" w:cs="Cambria"/>
          <w:noProof w:val="0"/>
          <w:color w:val="auto"/>
          <w:sz w:val="32"/>
          <w:szCs w:val="32"/>
          <w:lang w:val="en-US"/>
        </w:rPr>
      </w:pPr>
      <w:r w:rsidRPr="7B810194" w:rsidR="10122AF0">
        <w:rPr>
          <w:rFonts w:ascii="Calibri" w:hAnsi="Calibri" w:eastAsia="Calibri" w:cs="Calibri"/>
          <w:b w:val="1"/>
          <w:bCs w:val="1"/>
          <w:noProof w:val="0"/>
          <w:color w:val="auto"/>
          <w:sz w:val="32"/>
          <w:szCs w:val="32"/>
          <w:lang w:val="en-US"/>
        </w:rPr>
        <w:t>Applications must be made by deadline date 31</w:t>
      </w:r>
      <w:r w:rsidRPr="7B810194" w:rsidR="10122AF0">
        <w:rPr>
          <w:rFonts w:ascii="Calibri" w:hAnsi="Calibri" w:eastAsia="Calibri" w:cs="Calibri"/>
          <w:b w:val="1"/>
          <w:bCs w:val="1"/>
          <w:noProof w:val="0"/>
          <w:color w:val="auto"/>
          <w:sz w:val="32"/>
          <w:szCs w:val="32"/>
          <w:vertAlign w:val="superscript"/>
          <w:lang w:val="en-US"/>
        </w:rPr>
        <w:t>st</w:t>
      </w:r>
      <w:r w:rsidRPr="7B810194" w:rsidR="10122AF0">
        <w:rPr>
          <w:rFonts w:ascii="Calibri" w:hAnsi="Calibri" w:eastAsia="Calibri" w:cs="Calibri"/>
          <w:b w:val="1"/>
          <w:bCs w:val="1"/>
          <w:noProof w:val="0"/>
          <w:color w:val="auto"/>
          <w:sz w:val="32"/>
          <w:szCs w:val="32"/>
          <w:lang w:val="en-US"/>
        </w:rPr>
        <w:t xml:space="preserve"> October 2026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3">
    <w:nsid w:val="5f5051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27813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d42b6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2c7d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f9ffc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377816"/>
    <w:rsid w:val="05377816"/>
    <w:rsid w:val="08E145FF"/>
    <w:rsid w:val="096DD041"/>
    <w:rsid w:val="0C57B903"/>
    <w:rsid w:val="0D28F986"/>
    <w:rsid w:val="0D867731"/>
    <w:rsid w:val="10122AF0"/>
    <w:rsid w:val="12101BBB"/>
    <w:rsid w:val="16F7A3E4"/>
    <w:rsid w:val="16F7A3E4"/>
    <w:rsid w:val="178E68C1"/>
    <w:rsid w:val="18251822"/>
    <w:rsid w:val="1836152F"/>
    <w:rsid w:val="19290345"/>
    <w:rsid w:val="1BBFC7A2"/>
    <w:rsid w:val="1BBFC7A2"/>
    <w:rsid w:val="1ECD46E2"/>
    <w:rsid w:val="1F14BC0E"/>
    <w:rsid w:val="209F216A"/>
    <w:rsid w:val="21C341D5"/>
    <w:rsid w:val="2831CEBE"/>
    <w:rsid w:val="2B8BA02C"/>
    <w:rsid w:val="2B8BA02C"/>
    <w:rsid w:val="2E5D88E3"/>
    <w:rsid w:val="2E5D88E3"/>
    <w:rsid w:val="2FFE91CB"/>
    <w:rsid w:val="2FFE91CB"/>
    <w:rsid w:val="3030D410"/>
    <w:rsid w:val="3281F74F"/>
    <w:rsid w:val="35E552F7"/>
    <w:rsid w:val="3BEC019A"/>
    <w:rsid w:val="3BEC019A"/>
    <w:rsid w:val="3D92907C"/>
    <w:rsid w:val="417A1362"/>
    <w:rsid w:val="42C5385F"/>
    <w:rsid w:val="4546EBEE"/>
    <w:rsid w:val="4B426001"/>
    <w:rsid w:val="4CB6E199"/>
    <w:rsid w:val="505F8C31"/>
    <w:rsid w:val="523FA83B"/>
    <w:rsid w:val="53F98015"/>
    <w:rsid w:val="542D1982"/>
    <w:rsid w:val="54B9A9AA"/>
    <w:rsid w:val="58A9F17B"/>
    <w:rsid w:val="59EA6EF6"/>
    <w:rsid w:val="5C584BFE"/>
    <w:rsid w:val="5F84CBB0"/>
    <w:rsid w:val="61DE456A"/>
    <w:rsid w:val="63F2C3C4"/>
    <w:rsid w:val="65B10331"/>
    <w:rsid w:val="66CAFF23"/>
    <w:rsid w:val="66CAFF23"/>
    <w:rsid w:val="67BCBA8B"/>
    <w:rsid w:val="67BCBA8B"/>
    <w:rsid w:val="6814C7CF"/>
    <w:rsid w:val="68606815"/>
    <w:rsid w:val="6AB69C7A"/>
    <w:rsid w:val="6FC0BAD9"/>
    <w:rsid w:val="6FC0BAD9"/>
    <w:rsid w:val="710A8EB3"/>
    <w:rsid w:val="710A8EB3"/>
    <w:rsid w:val="71DDB4B9"/>
    <w:rsid w:val="73A57036"/>
    <w:rsid w:val="78FD4A8A"/>
    <w:rsid w:val="7B81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23150C2D-66B1-4818-B394-FD1C929979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4.xml" Id="rId1449336786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3.xml" Id="rId1449336785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1449336784" /><Relationship Type="http://schemas.openxmlformats.org/officeDocument/2006/relationships/settings" Target="settings.xml" Id="rId5" /><Relationship Type="http://schemas.openxmlformats.org/officeDocument/2006/relationships/image" Target="/media/image.png" Id="rId1449336783" /><Relationship Type="http://schemas.microsoft.com/office/2007/relationships/stylesWithEffects" Target="stylesWithEffect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BD8587A385E49B029CDEE31FC6343" ma:contentTypeVersion="18" ma:contentTypeDescription="Create a new document." ma:contentTypeScope="" ma:versionID="e098372177b945c5c2787bef1c28262c">
  <xsd:schema xmlns:xsd="http://www.w3.org/2001/XMLSchema" xmlns:xs="http://www.w3.org/2001/XMLSchema" xmlns:p="http://schemas.microsoft.com/office/2006/metadata/properties" xmlns:ns2="384beafc-66c8-4941-84a5-ae26b60da279" xmlns:ns3="6e3fc456-73ba-4c94-8ba1-b4081bc0dd84" targetNamespace="http://schemas.microsoft.com/office/2006/metadata/properties" ma:root="true" ma:fieldsID="4addb5685f8d09555eeab63b4c04c8e0" ns2:_="" ns3:_="">
    <xsd:import namespace="384beafc-66c8-4941-84a5-ae26b60da279"/>
    <xsd:import namespace="6e3fc456-73ba-4c94-8ba1-b4081bc0dd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beafc-66c8-4941-84a5-ae26b60da2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2c10f2-b747-464a-b0a0-b2c8ab17fb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fc456-73ba-4c94-8ba1-b4081bc0dd8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628ad0-8fdd-4d53-bf17-bbdbb8dfb33b}" ma:internalName="TaxCatchAll" ma:showField="CatchAllData" ma:web="6e3fc456-73ba-4c94-8ba1-b4081bc0d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3fc456-73ba-4c94-8ba1-b4081bc0dd84" xsi:nil="true"/>
    <lcf76f155ced4ddcb4097134ff3c332f xmlns="384beafc-66c8-4941-84a5-ae26b60da2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9A4621-4C86-48FA-B1C4-B9ADC2A67452}"/>
</file>

<file path=customXml/itemProps3.xml><?xml version="1.0" encoding="utf-8"?>
<ds:datastoreItem xmlns:ds="http://schemas.openxmlformats.org/officeDocument/2006/customXml" ds:itemID="{1393C6AB-1589-4ADA-8E07-4CDA2F975089}"/>
</file>

<file path=customXml/itemProps4.xml><?xml version="1.0" encoding="utf-8"?>
<ds:datastoreItem xmlns:ds="http://schemas.openxmlformats.org/officeDocument/2006/customXml" ds:itemID="{1624A2A3-00B8-4A69-B87A-FCA9E7F3A89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Holmes</dc:creator>
  <cp:keywords/>
  <dc:description>generated by python-docx</dc:description>
  <cp:lastModifiedBy>Martyn Holmes</cp:lastModifiedBy>
  <cp:revision>4</cp:revision>
  <dcterms:created xsi:type="dcterms:W3CDTF">2026-09-03T13:48:50Z</dcterms:created>
  <dcterms:modified xsi:type="dcterms:W3CDTF">2026-09-21T11:49:20Z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0x010100100BD8587A385E49B029CDEE31FC6343</vt:lpwstr>
  </property>
  <property fmtid="{D5CDD505-2E9C-101B-9397-08002B2CF9AE}" pid="3" name="MediaServiceImageTags">
    <vt:lpwstr/>
  </property>
</Properties>
</file>